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PHOTOGRAPHY INVOICE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Invoice No.: </w:t>
      </w:r>
      <w:r>
        <w:rPr>
          <w:sz w:val="18"/>
        </w:rPr>
        <w:t>INV-0001</w:t>
      </w:r>
      <w:r>
        <w:t xml:space="preserve">      </w:t>
      </w:r>
      <w:r>
        <w:rPr>
          <w:b/>
          <w:sz w:val="18"/>
        </w:rPr>
        <w:t xml:space="preserve">Invoice Date: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Due Date: </w:t>
      </w:r>
      <w:r>
        <w:rPr>
          <w:sz w:val="18"/>
        </w:rPr>
        <w:t>[MM/DD/YYYY]</w:t>
      </w:r>
    </w:p>
    <w:p>
      <w:pPr>
        <w:spacing w:before="200"/>
      </w:pPr>
      <w:r>
        <w:rPr>
          <w:b/>
          <w:color w:val="5B63D3"/>
          <w:sz w:val="20"/>
        </w:rPr>
        <w:t>Bill To</w:t>
      </w:r>
    </w:p>
    <w:p>
      <w:pPr>
        <w:spacing w:after="0"/>
      </w:pPr>
      <w:r>
        <w:rPr>
          <w:sz w:val="18"/>
        </w:rPr>
        <w:t>[Client Name]</w:t>
      </w:r>
    </w:p>
    <w:p>
      <w:pPr>
        <w:spacing w:after="0"/>
      </w:pPr>
      <w:r>
        <w:rPr>
          <w:sz w:val="18"/>
        </w:rPr>
        <w:t>[Client Company]</w:t>
      </w:r>
    </w:p>
    <w:p>
      <w:pPr>
        <w:spacing w:after="0"/>
      </w:pPr>
      <w:r>
        <w:rPr>
          <w:sz w:val="18"/>
        </w:rPr>
        <w:t>[Client Address]</w:t>
      </w:r>
    </w:p>
    <w:p>
      <w:pPr>
        <w:spacing w:after="0"/>
      </w:pPr>
      <w:r>
        <w:rPr>
          <w:sz w:val="18"/>
        </w:rPr>
        <w:t>[Client Email]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184"/>
            <w:shd w:val="clear" w:fill="5B63D3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152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58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Tax (0%)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Total Due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$0.00</w:t>
            </w:r>
          </w:p>
        </w:tc>
      </w:tr>
    </w:tbl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Payment terms: [Net 15 / Net 30 / Due on receipt]</w:t>
      </w:r>
    </w:p>
    <w:p>
      <w:pPr>
        <w:spacing w:after="0"/>
      </w:pPr>
      <w:r>
        <w:rPr>
          <w:color w:val="64748B"/>
          <w:sz w:val="18"/>
        </w:rPr>
        <w:t>Payment methods: [Bank transfer / Card / Check]</w:t>
      </w:r>
    </w:p>
    <w:p>
      <w:pPr>
        <w:spacing w:after="0"/>
      </w:pPr>
      <w:r>
        <w:rPr>
          <w:color w:val="64748B"/>
          <w:sz w:val="18"/>
        </w:rPr>
        <w:t>Thank you for your business.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