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TIMESHEET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Employee/Contractor: </w:t>
      </w:r>
      <w:r>
        <w:rPr>
          <w:sz w:val="18"/>
        </w:rPr>
        <w:t>[Name]</w:t>
      </w:r>
      <w:r>
        <w:t xml:space="preserve">      </w:t>
      </w:r>
      <w:r>
        <w:rPr>
          <w:b/>
          <w:sz w:val="18"/>
        </w:rPr>
        <w:t xml:space="preserve">Manager/Client: </w:t>
      </w:r>
      <w:r>
        <w:rPr>
          <w:sz w:val="18"/>
        </w:rPr>
        <w:t>[Name]</w:t>
      </w:r>
    </w:p>
    <w:p>
      <w:pPr>
        <w:spacing w:before="120"/>
      </w:pPr>
      <w:r>
        <w:rPr>
          <w:b/>
          <w:sz w:val="18"/>
        </w:rPr>
        <w:t xml:space="preserve">Week Starting: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Pay Period: </w:t>
      </w:r>
      <w:r>
        <w:rPr>
          <w:sz w:val="18"/>
        </w:rPr>
        <w:t>[MM/DD/YYYY - MM/DD/YYYY]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152"/>
            <w:shd w:val="clear" w:fill="5B63D3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1008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Day</w:t>
            </w:r>
          </w:p>
        </w:tc>
        <w:tc>
          <w:tcPr>
            <w:tcW w:type="dxa" w:w="86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Start</w:t>
            </w:r>
          </w:p>
        </w:tc>
        <w:tc>
          <w:tcPr>
            <w:tcW w:type="dxa" w:w="86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End</w:t>
            </w:r>
          </w:p>
        </w:tc>
        <w:tc>
          <w:tcPr>
            <w:tcW w:type="dxa" w:w="86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Break</w:t>
            </w:r>
          </w:p>
        </w:tc>
        <w:tc>
          <w:tcPr>
            <w:tcW w:type="dxa" w:w="1008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Regular</w:t>
            </w:r>
          </w:p>
        </w:tc>
        <w:tc>
          <w:tcPr>
            <w:tcW w:type="dxa" w:w="1008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Overtime</w:t>
            </w:r>
          </w:p>
        </w:tc>
        <w:tc>
          <w:tcPr>
            <w:tcW w:type="dxa" w:w="230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Project / Task</w:t>
            </w: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Monday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Tuesday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Wednesday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Thursday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Friday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Saturday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  <w:tr>
        <w:tc>
          <w:tcPr>
            <w:tcW w:type="dxa" w:w="1152"/>
          </w:tcPr>
          <w:p/>
        </w:tc>
        <w:tc>
          <w:tcPr>
            <w:tcW w:type="dxa" w:w="1008"/>
          </w:tcPr>
          <w:p>
            <w:pPr>
              <w:jc w:val="right"/>
            </w:pPr>
            <w:r>
              <w:rPr>
                <w:sz w:val="18"/>
              </w:rPr>
              <w:t>Sunday</w:t>
            </w: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864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1008"/>
          </w:tcPr>
          <w:p>
            <w:pPr>
              <w:jc w:val="right"/>
            </w:pPr>
          </w:p>
        </w:tc>
        <w:tc>
          <w:tcPr>
            <w:tcW w:type="dxa" w:w="230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Total Regular Hours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Total Overtime Hours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Hours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________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Approved by: ______________________    Date: __________</w:t>
      </w:r>
    </w:p>
    <w:p>
      <w:pPr>
        <w:spacing w:after="0"/>
      </w:pPr>
      <w:r>
        <w:rPr>
          <w:color w:val="64748B"/>
          <w:sz w:val="18"/>
        </w:rPr>
        <w:t>Employee signature: ______________________    Date: __________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